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B95DE" w14:textId="1EFC7F40" w:rsidR="00962A68" w:rsidRDefault="00A22671" w:rsidP="002E44A1">
      <w:pPr>
        <w:spacing w:after="100"/>
        <w:jc w:val="right"/>
        <w:rPr>
          <w:b/>
          <w:sz w:val="24"/>
          <w:lang w:val="it-IT"/>
        </w:rPr>
      </w:pPr>
      <w:r w:rsidRPr="002E44A1">
        <w:rPr>
          <w:b/>
          <w:sz w:val="24"/>
          <w:lang w:val="it-IT"/>
        </w:rPr>
        <w:t>ALLEGATO A</w:t>
      </w:r>
    </w:p>
    <w:p w14:paraId="57AA7A03" w14:textId="77777777" w:rsidR="002E44A1" w:rsidRPr="002E44A1" w:rsidRDefault="002E44A1" w:rsidP="002E44A1">
      <w:pPr>
        <w:spacing w:after="100"/>
        <w:jc w:val="right"/>
        <w:rPr>
          <w:lang w:val="it-IT"/>
        </w:rPr>
      </w:pPr>
    </w:p>
    <w:p w14:paraId="17A15525" w14:textId="77777777" w:rsidR="00962A68" w:rsidRPr="002E44A1" w:rsidRDefault="00A22671" w:rsidP="002E44A1">
      <w:pPr>
        <w:spacing w:after="60"/>
        <w:jc w:val="center"/>
        <w:rPr>
          <w:lang w:val="it-IT"/>
        </w:rPr>
      </w:pPr>
      <w:r w:rsidRPr="002E44A1">
        <w:rPr>
          <w:b/>
          <w:sz w:val="26"/>
          <w:lang w:val="it-IT"/>
        </w:rPr>
        <w:t>DOMANDA DI PARTECIPAZIONE E DICHIARAZIONE DEI REQUISITI</w:t>
      </w:r>
    </w:p>
    <w:p w14:paraId="234C2AB5" w14:textId="77777777" w:rsidR="00962A68" w:rsidRPr="002E44A1" w:rsidRDefault="00A22671" w:rsidP="002E44A1">
      <w:pPr>
        <w:spacing w:after="160"/>
        <w:jc w:val="center"/>
        <w:rPr>
          <w:lang w:val="it-IT"/>
        </w:rPr>
      </w:pPr>
      <w:r w:rsidRPr="002E44A1">
        <w:rPr>
          <w:b/>
          <w:lang w:val="it-IT"/>
        </w:rPr>
        <w:t>89ª Campionaria Internazionale della Fiera del Levante</w:t>
      </w:r>
      <w:r w:rsidRPr="002E44A1">
        <w:rPr>
          <w:b/>
          <w:lang w:val="it-IT"/>
        </w:rPr>
        <w:br/>
        <w:t>Bari, 19-27 settembre 2026</w:t>
      </w:r>
    </w:p>
    <w:p w14:paraId="3C0F396C" w14:textId="1F2A9560" w:rsidR="00962A68" w:rsidRDefault="00A22671" w:rsidP="002E44A1">
      <w:pPr>
        <w:spacing w:after="160"/>
        <w:jc w:val="right"/>
        <w:rPr>
          <w:lang w:val="it-IT"/>
        </w:rPr>
      </w:pPr>
      <w:r w:rsidRPr="002E44A1">
        <w:rPr>
          <w:lang w:val="it-IT"/>
        </w:rPr>
        <w:t>Al Comune di Bitonto</w:t>
      </w:r>
      <w:r w:rsidRPr="002E44A1">
        <w:rPr>
          <w:lang w:val="it-IT"/>
        </w:rPr>
        <w:br/>
        <w:t>Servizio per il Territorio</w:t>
      </w:r>
      <w:r w:rsidRPr="002E44A1">
        <w:rPr>
          <w:lang w:val="it-IT"/>
        </w:rPr>
        <w:br/>
        <w:t>PE</w:t>
      </w:r>
      <w:r w:rsidRPr="002E44A1">
        <w:rPr>
          <w:lang w:val="it-IT"/>
        </w:rPr>
        <w:t xml:space="preserve">C: </w:t>
      </w:r>
      <w:hyperlink r:id="rId8" w:history="1">
        <w:r w:rsidR="002E44A1" w:rsidRPr="00FA75F5">
          <w:rPr>
            <w:rStyle w:val="Collegamentoipertestuale"/>
            <w:lang w:val="it-IT"/>
          </w:rPr>
          <w:t>protocollo.comunebitonto@pec.rupar.puglia.it</w:t>
        </w:r>
      </w:hyperlink>
    </w:p>
    <w:p w14:paraId="068FF59A" w14:textId="77777777" w:rsidR="002E44A1" w:rsidRPr="002E44A1" w:rsidRDefault="002E44A1" w:rsidP="002E44A1">
      <w:pPr>
        <w:spacing w:after="160"/>
        <w:jc w:val="right"/>
        <w:rPr>
          <w:lang w:val="it-IT"/>
        </w:rPr>
      </w:pPr>
    </w:p>
    <w:p w14:paraId="2F1AABA4" w14:textId="77777777" w:rsidR="00962A68" w:rsidRPr="002E44A1" w:rsidRDefault="00A22671" w:rsidP="002E44A1">
      <w:pPr>
        <w:spacing w:after="140"/>
        <w:jc w:val="both"/>
        <w:rPr>
          <w:lang w:val="it-IT"/>
        </w:rPr>
      </w:pPr>
      <w:r w:rsidRPr="002E44A1">
        <w:rPr>
          <w:lang w:val="it-IT"/>
        </w:rPr>
        <w:t>Il/La sottoscritto/a, consapevole delle responsabilità e delle sanzioni penali previste dall’art. 76 del D.P.R. 28 dicembre 2000, n. 445 in caso di dichiarazioni mendaci, falsità negli atti e uso di atti fals</w:t>
      </w:r>
      <w:r w:rsidRPr="002E44A1">
        <w:rPr>
          <w:lang w:val="it-IT"/>
        </w:rPr>
        <w:t>i,</w:t>
      </w:r>
    </w:p>
    <w:p w14:paraId="2D379064" w14:textId="3AEB0409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Cognome e nome</w:t>
      </w:r>
      <w:r w:rsidR="00F02132" w:rsidRPr="002E44A1">
        <w:rPr>
          <w:b/>
          <w:sz w:val="21"/>
          <w:lang w:val="it-IT"/>
        </w:rPr>
        <w:tab/>
        <w:t>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47AB0FB0" w14:textId="25EB383E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Nato/a </w:t>
      </w:r>
      <w:proofErr w:type="spellStart"/>
      <w:r w:rsidRPr="002E44A1">
        <w:rPr>
          <w:b/>
          <w:sz w:val="21"/>
          <w:lang w:val="it-IT"/>
        </w:rPr>
        <w:t>a</w:t>
      </w:r>
      <w:proofErr w:type="spellEnd"/>
      <w:r w:rsidRPr="002E44A1">
        <w:rPr>
          <w:b/>
          <w:sz w:val="21"/>
          <w:lang w:val="it-IT"/>
        </w:rPr>
        <w:t xml:space="preserve"> </w:t>
      </w:r>
      <w:r w:rsidR="00F02132" w:rsidRPr="002E44A1">
        <w:rPr>
          <w:b/>
          <w:sz w:val="21"/>
          <w:lang w:val="it-IT"/>
        </w:rPr>
        <w:tab/>
        <w:t>_____________________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0885B818" w14:textId="75DF4542" w:rsidR="00962A68" w:rsidRPr="002E44A1" w:rsidRDefault="00F02132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I</w:t>
      </w:r>
      <w:r w:rsidR="00A22671" w:rsidRPr="002E44A1">
        <w:rPr>
          <w:b/>
          <w:sz w:val="21"/>
          <w:lang w:val="it-IT"/>
        </w:rPr>
        <w:t>l</w:t>
      </w:r>
      <w:r w:rsidRPr="002E44A1">
        <w:rPr>
          <w:b/>
          <w:sz w:val="21"/>
          <w:lang w:val="it-IT"/>
        </w:rPr>
        <w:tab/>
        <w:t>___________________________</w:t>
      </w:r>
      <w:r w:rsidR="00A22671" w:rsidRPr="002E44A1">
        <w:rPr>
          <w:sz w:val="21"/>
          <w:lang w:val="it-IT"/>
        </w:rPr>
        <w:t>____________________________________________________________</w:t>
      </w:r>
    </w:p>
    <w:p w14:paraId="0CF42C71" w14:textId="233FC602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Codice </w:t>
      </w:r>
      <w:r w:rsidR="00F02132" w:rsidRPr="002E44A1">
        <w:rPr>
          <w:b/>
          <w:sz w:val="21"/>
          <w:lang w:val="it-IT"/>
        </w:rPr>
        <w:t>fiscale</w:t>
      </w:r>
      <w:r w:rsidR="00F02132" w:rsidRPr="002E44A1">
        <w:rPr>
          <w:b/>
          <w:sz w:val="21"/>
          <w:lang w:val="it-IT"/>
        </w:rPr>
        <w:tab/>
        <w:t>________________</w:t>
      </w:r>
      <w:r w:rsidRPr="002E44A1">
        <w:rPr>
          <w:sz w:val="21"/>
          <w:lang w:val="it-IT"/>
        </w:rPr>
        <w:t>____________________________</w:t>
      </w:r>
      <w:r w:rsidRPr="002E44A1">
        <w:rPr>
          <w:sz w:val="21"/>
          <w:lang w:val="it-IT"/>
        </w:rPr>
        <w:t>________________________________</w:t>
      </w:r>
    </w:p>
    <w:p w14:paraId="0E59959D" w14:textId="4BDE0122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Residente in</w:t>
      </w:r>
      <w:r w:rsidR="00F02132" w:rsidRPr="002E44A1">
        <w:rPr>
          <w:b/>
          <w:sz w:val="21"/>
          <w:lang w:val="it-IT"/>
        </w:rPr>
        <w:tab/>
        <w:t>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1DCD621B" w14:textId="2338EB7B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via/piazza e n.</w:t>
      </w:r>
      <w:r w:rsidR="00F02132" w:rsidRPr="002E44A1">
        <w:rPr>
          <w:b/>
          <w:sz w:val="21"/>
          <w:lang w:val="it-IT"/>
        </w:rPr>
        <w:tab/>
        <w:t>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6B3976E1" w14:textId="45915A01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telefono</w:t>
      </w:r>
      <w:r w:rsidR="00F02132" w:rsidRPr="002E44A1">
        <w:rPr>
          <w:b/>
          <w:sz w:val="21"/>
          <w:lang w:val="it-IT"/>
        </w:rPr>
        <w:tab/>
        <w:t>_____________________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1692841C" w14:textId="5A649DCB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e-</w:t>
      </w:r>
      <w:r w:rsidRPr="002E44A1">
        <w:rPr>
          <w:b/>
          <w:sz w:val="21"/>
          <w:lang w:val="it-IT"/>
        </w:rPr>
        <w:t>mail</w:t>
      </w:r>
      <w:r w:rsidR="00F02132" w:rsidRPr="002E44A1">
        <w:rPr>
          <w:b/>
          <w:sz w:val="21"/>
          <w:lang w:val="it-IT"/>
        </w:rPr>
        <w:tab/>
        <w:t>_______________________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0DE2EF15" w14:textId="36E3C0B5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PEC</w:t>
      </w:r>
      <w:r w:rsidR="00F02132" w:rsidRPr="002E44A1">
        <w:rPr>
          <w:b/>
          <w:sz w:val="21"/>
          <w:lang w:val="it-IT"/>
        </w:rPr>
        <w:tab/>
        <w:t>________________________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55FAA1FD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in qualità di:</w:t>
      </w:r>
    </w:p>
    <w:p w14:paraId="0B254AF1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titolare</w:t>
      </w:r>
    </w:p>
    <w:p w14:paraId="30B8C5D6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legale rappresentante</w:t>
      </w:r>
    </w:p>
    <w:p w14:paraId="16F4B4E8" w14:textId="44CCD59D" w:rsidR="00F02132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altro (specificare) </w:t>
      </w:r>
      <w:r w:rsidRPr="002E44A1">
        <w:rPr>
          <w:lang w:val="it-IT"/>
        </w:rPr>
        <w:t>______________________________</w:t>
      </w:r>
    </w:p>
    <w:p w14:paraId="47481AED" w14:textId="61065DDE" w:rsidR="00962A68" w:rsidRPr="002E44A1" w:rsidRDefault="00A22671" w:rsidP="002E44A1">
      <w:pPr>
        <w:spacing w:before="80" w:after="0"/>
        <w:rPr>
          <w:b/>
          <w:lang w:val="it-IT"/>
        </w:rPr>
      </w:pPr>
      <w:r w:rsidRPr="002E44A1">
        <w:rPr>
          <w:b/>
          <w:lang w:val="it-IT"/>
        </w:rPr>
        <w:t>del seguente soggetto:</w:t>
      </w:r>
    </w:p>
    <w:p w14:paraId="343DD5A2" w14:textId="5632BA91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Denominazione / ragione sociale</w:t>
      </w:r>
      <w:r w:rsidR="00F02132" w:rsidRPr="002E44A1">
        <w:rPr>
          <w:b/>
          <w:sz w:val="21"/>
          <w:lang w:val="it-IT"/>
        </w:rPr>
        <w:tab/>
        <w:t>_</w:t>
      </w:r>
      <w:r w:rsidRPr="002E44A1">
        <w:rPr>
          <w:sz w:val="21"/>
          <w:lang w:val="it-IT"/>
        </w:rPr>
        <w:t>____________________________________________________________</w:t>
      </w:r>
    </w:p>
    <w:p w14:paraId="43397208" w14:textId="22CB9EB0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Forma giuridica</w:t>
      </w:r>
      <w:r w:rsidR="00F02132" w:rsidRPr="002E44A1">
        <w:rPr>
          <w:b/>
          <w:sz w:val="21"/>
          <w:lang w:val="it-IT"/>
        </w:rPr>
        <w:tab/>
        <w:t>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0DD87001" w14:textId="7A913712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Codice </w:t>
      </w:r>
      <w:r w:rsidR="00F02132" w:rsidRPr="002E44A1">
        <w:rPr>
          <w:b/>
          <w:sz w:val="21"/>
          <w:lang w:val="it-IT"/>
        </w:rPr>
        <w:t>fiscale</w:t>
      </w:r>
      <w:r w:rsidR="00F02132" w:rsidRPr="002E44A1">
        <w:rPr>
          <w:b/>
          <w:sz w:val="21"/>
          <w:lang w:val="it-IT"/>
        </w:rPr>
        <w:tab/>
        <w:t>________________</w:t>
      </w:r>
      <w:r w:rsidRPr="002E44A1">
        <w:rPr>
          <w:sz w:val="21"/>
          <w:lang w:val="it-IT"/>
        </w:rPr>
        <w:t>_________________</w:t>
      </w:r>
      <w:r w:rsidRPr="002E44A1">
        <w:rPr>
          <w:sz w:val="21"/>
          <w:lang w:val="it-IT"/>
        </w:rPr>
        <w:t>___________________________________________</w:t>
      </w:r>
    </w:p>
    <w:p w14:paraId="434D9AB3" w14:textId="2CEB2165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Partita IVA</w:t>
      </w:r>
      <w:r w:rsidR="00F02132" w:rsidRPr="002E44A1">
        <w:rPr>
          <w:b/>
          <w:sz w:val="21"/>
          <w:lang w:val="it-IT"/>
        </w:rPr>
        <w:tab/>
        <w:t>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133491AF" w14:textId="4A0F49B1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Sede legale</w:t>
      </w:r>
      <w:r w:rsidR="00F02132" w:rsidRPr="002E44A1">
        <w:rPr>
          <w:b/>
          <w:sz w:val="21"/>
          <w:lang w:val="it-IT"/>
        </w:rPr>
        <w:tab/>
        <w:t>___________________</w:t>
      </w:r>
      <w:r w:rsidRPr="002E44A1">
        <w:rPr>
          <w:sz w:val="21"/>
          <w:lang w:val="it-IT"/>
        </w:rPr>
        <w:t>____________________________________________________________</w:t>
      </w:r>
    </w:p>
    <w:p w14:paraId="62C59314" w14:textId="13B930CC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Sede operativa / unità produttiva nel Comune di Bitonto</w:t>
      </w:r>
      <w:r w:rsidR="00F02132" w:rsidRPr="002E44A1">
        <w:rPr>
          <w:b/>
          <w:sz w:val="21"/>
          <w:lang w:val="it-IT"/>
        </w:rPr>
        <w:tab/>
      </w:r>
      <w:r w:rsidRPr="002E44A1">
        <w:rPr>
          <w:sz w:val="21"/>
          <w:lang w:val="it-IT"/>
        </w:rPr>
        <w:t>________________________________________</w:t>
      </w:r>
    </w:p>
    <w:p w14:paraId="50A8626C" w14:textId="53E27306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Numero REA / registro / albo</w:t>
      </w:r>
      <w:r w:rsidR="00F02132" w:rsidRPr="002E44A1">
        <w:rPr>
          <w:b/>
          <w:sz w:val="21"/>
          <w:lang w:val="it-IT"/>
        </w:rPr>
        <w:tab/>
        <w:t>___</w:t>
      </w:r>
      <w:r w:rsidRPr="002E44A1">
        <w:rPr>
          <w:sz w:val="21"/>
          <w:lang w:val="it-IT"/>
        </w:rPr>
        <w:t>____________________________________________________________</w:t>
      </w:r>
    </w:p>
    <w:p w14:paraId="66D4A23F" w14:textId="4EEC31AF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Referente operativo e cellulare</w:t>
      </w:r>
      <w:r w:rsidR="00F02132" w:rsidRPr="002E44A1">
        <w:rPr>
          <w:b/>
          <w:sz w:val="21"/>
          <w:lang w:val="it-IT"/>
        </w:rPr>
        <w:tab/>
        <w:t>__</w:t>
      </w:r>
      <w:r w:rsidRPr="002E44A1">
        <w:rPr>
          <w:sz w:val="21"/>
          <w:lang w:val="it-IT"/>
        </w:rPr>
        <w:t>____________________________________________________________</w:t>
      </w:r>
    </w:p>
    <w:p w14:paraId="06614300" w14:textId="2D249CEB" w:rsidR="00962A68" w:rsidRPr="002E44A1" w:rsidRDefault="00A22671" w:rsidP="002E44A1">
      <w:pPr>
        <w:tabs>
          <w:tab w:val="right" w:pos="9356"/>
        </w:tabs>
        <w:spacing w:after="100"/>
        <w:rPr>
          <w:lang w:val="it-IT"/>
        </w:rPr>
      </w:pPr>
      <w:r w:rsidRPr="002E44A1">
        <w:rPr>
          <w:b/>
          <w:sz w:val="21"/>
          <w:lang w:val="it-IT"/>
        </w:rPr>
        <w:t>Sito web / social</w:t>
      </w:r>
      <w:r w:rsidR="00F02132" w:rsidRPr="002E44A1">
        <w:rPr>
          <w:b/>
          <w:sz w:val="21"/>
          <w:lang w:val="it-IT"/>
        </w:rPr>
        <w:tab/>
        <w:t>_______________</w:t>
      </w:r>
      <w:r w:rsidRPr="002E44A1">
        <w:rPr>
          <w:sz w:val="21"/>
          <w:lang w:val="it-IT"/>
        </w:rPr>
        <w:t>____</w:t>
      </w:r>
      <w:r w:rsidRPr="002E44A1">
        <w:rPr>
          <w:sz w:val="21"/>
          <w:lang w:val="it-IT"/>
        </w:rPr>
        <w:t>________________________________________________________</w:t>
      </w:r>
    </w:p>
    <w:p w14:paraId="5C5410FE" w14:textId="77777777" w:rsidR="00962A68" w:rsidRPr="002E44A1" w:rsidRDefault="00A22671" w:rsidP="002E44A1">
      <w:pPr>
        <w:spacing w:before="140" w:after="100"/>
        <w:jc w:val="center"/>
        <w:rPr>
          <w:lang w:val="it-IT"/>
        </w:rPr>
      </w:pPr>
      <w:r w:rsidRPr="002E44A1">
        <w:rPr>
          <w:b/>
          <w:sz w:val="24"/>
          <w:lang w:val="it-IT"/>
        </w:rPr>
        <w:t>CHIEDE</w:t>
      </w:r>
    </w:p>
    <w:p w14:paraId="201CD0BE" w14:textId="77777777" w:rsidR="00962A68" w:rsidRPr="002E44A1" w:rsidRDefault="00A22671" w:rsidP="002E44A1">
      <w:pPr>
        <w:spacing w:after="120"/>
        <w:jc w:val="both"/>
        <w:rPr>
          <w:lang w:val="it-IT"/>
        </w:rPr>
      </w:pPr>
      <w:r w:rsidRPr="002E44A1">
        <w:rPr>
          <w:lang w:val="it-IT"/>
        </w:rPr>
        <w:t xml:space="preserve">di partecipare alla presenza collettiva delle imprese del territorio nell’ambito dell’89ª Campionaria Internazionale della Fiera del Levante e di essere inserito/a nella relativa procedura di </w:t>
      </w:r>
      <w:r w:rsidRPr="002E44A1">
        <w:rPr>
          <w:lang w:val="it-IT"/>
        </w:rPr>
        <w:t>selezione.</w:t>
      </w:r>
    </w:p>
    <w:p w14:paraId="0C80D527" w14:textId="77777777" w:rsidR="00962A68" w:rsidRPr="002E44A1" w:rsidRDefault="00A22671" w:rsidP="002E44A1">
      <w:pPr>
        <w:spacing w:before="120" w:after="100"/>
        <w:jc w:val="center"/>
        <w:rPr>
          <w:lang w:val="it-IT"/>
        </w:rPr>
      </w:pPr>
      <w:r w:rsidRPr="002E44A1">
        <w:rPr>
          <w:b/>
          <w:sz w:val="24"/>
          <w:lang w:val="it-IT"/>
        </w:rPr>
        <w:t>A TAL FINE DICHIARA</w:t>
      </w:r>
    </w:p>
    <w:p w14:paraId="457E01A0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essere una PMI regolarmente costituita e iscritta, ove previsto, al Registro delle Imprese o al pertinente registro/albo;</w:t>
      </w:r>
    </w:p>
    <w:p w14:paraId="0E112368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lastRenderedPageBreak/>
        <w:t>☐</w:t>
      </w:r>
      <w:r w:rsidRPr="002E44A1">
        <w:rPr>
          <w:sz w:val="20"/>
          <w:lang w:val="it-IT"/>
        </w:rPr>
        <w:t xml:space="preserve"> di avere sede legale, sede operativa o unità produttiva nel Comune di Bitonto;</w:t>
      </w:r>
    </w:p>
    <w:p w14:paraId="4287FCCF" w14:textId="401D5176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in alternativa,</w:t>
      </w:r>
      <w:r w:rsidRPr="002E44A1">
        <w:rPr>
          <w:sz w:val="20"/>
          <w:lang w:val="it-IT"/>
        </w:rPr>
        <w:t xml:space="preserve"> di svolgere nel territorio comunale la seguente attività produttiva significativa:</w:t>
      </w:r>
      <w:r w:rsidR="00F02132" w:rsidRPr="002E44A1">
        <w:rPr>
          <w:sz w:val="20"/>
          <w:lang w:val="it-IT"/>
        </w:rPr>
        <w:br/>
        <w:t>_______________________________________________________________</w:t>
      </w:r>
      <w:r w:rsidRPr="002E44A1">
        <w:rPr>
          <w:sz w:val="20"/>
          <w:lang w:val="it-IT"/>
        </w:rPr>
        <w:t>______________________________;</w:t>
      </w:r>
    </w:p>
    <w:p w14:paraId="75FA7B98" w14:textId="3FCB0345" w:rsidR="00962A68" w:rsidRPr="002E44A1" w:rsidRDefault="00A22671" w:rsidP="002E44A1">
      <w:pPr>
        <w:spacing w:after="60"/>
        <w:jc w:val="both"/>
        <w:rPr>
          <w:sz w:val="20"/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essere operatore biologico certificato, con certificazione in corso di validità;</w:t>
      </w:r>
    </w:p>
    <w:p w14:paraId="6A493B04" w14:textId="2BE2CF30" w:rsidR="00F02132" w:rsidRPr="002E44A1" w:rsidRDefault="00F02132" w:rsidP="002E44A1">
      <w:pPr>
        <w:tabs>
          <w:tab w:val="left" w:pos="284"/>
        </w:tabs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ab/>
        <w:t>oppure</w:t>
      </w:r>
    </w:p>
    <w:p w14:paraId="256473BA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essere operatore formalmente in conversione, con </w:t>
      </w:r>
      <w:r w:rsidRPr="002E44A1">
        <w:rPr>
          <w:sz w:val="20"/>
          <w:lang w:val="it-IT"/>
        </w:rPr>
        <w:t>attestazione in corso di validità;</w:t>
      </w:r>
    </w:p>
    <w:p w14:paraId="19B863A4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possedere i requisiti morali e professionali previsti per l’attività esercitata e di non trovarsi in condizioni ostative nei rapporti con la pubblica amministrazione;</w:t>
      </w:r>
    </w:p>
    <w:p w14:paraId="51D33F7A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essere in regola, per quanto </w:t>
      </w:r>
      <w:r w:rsidRPr="002E44A1">
        <w:rPr>
          <w:sz w:val="20"/>
          <w:lang w:val="it-IT"/>
        </w:rPr>
        <w:t>applicabile, con gli obblighi fiscali, contributivi, previdenziali, assicurativi, sanitari e di sicurezza;</w:t>
      </w:r>
    </w:p>
    <w:p w14:paraId="30370E4D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possedere o impegnarsi a conseguire prima dell’evento tutti i titoli e adempimenti necessari per esposizione, degustazione e vendita;</w:t>
      </w:r>
    </w:p>
    <w:p w14:paraId="4B2C77CA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aver </w:t>
      </w:r>
      <w:r w:rsidRPr="002E44A1">
        <w:rPr>
          <w:sz w:val="20"/>
          <w:lang w:val="it-IT"/>
        </w:rPr>
        <w:t>letto e accettare integralmente l’avviso pubblico, le turnazioni e le modalità organizzative che saranno comunicate;</w:t>
      </w:r>
    </w:p>
    <w:p w14:paraId="03FC55BB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assumere integralmente le spese di partecipazione, senza richiedere contributi o rimborsi al Comune;</w:t>
      </w:r>
    </w:p>
    <w:p w14:paraId="02719624" w14:textId="77777777" w:rsidR="00962A68" w:rsidRPr="002E44A1" w:rsidRDefault="00A22671" w:rsidP="002E44A1">
      <w:pPr>
        <w:spacing w:after="60"/>
        <w:jc w:val="both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di autorizzare il Comune all’ut</w:t>
      </w:r>
      <w:r w:rsidRPr="002E44A1">
        <w:rPr>
          <w:sz w:val="20"/>
          <w:lang w:val="it-IT"/>
        </w:rPr>
        <w:t>ilizzo istituzionale e promozionale dei materiali e delle immagini forniti, garantendone la legittima disponibilità.</w:t>
      </w:r>
    </w:p>
    <w:p w14:paraId="732FA92F" w14:textId="77777777" w:rsidR="00F67B91" w:rsidRPr="002E44A1" w:rsidRDefault="00F67B91" w:rsidP="002E44A1">
      <w:pPr>
        <w:keepNext/>
        <w:spacing w:before="100" w:after="40"/>
        <w:rPr>
          <w:b/>
          <w:lang w:val="it-IT"/>
        </w:rPr>
      </w:pPr>
    </w:p>
    <w:p w14:paraId="5A99A730" w14:textId="2E7254E5" w:rsidR="00962A68" w:rsidRPr="002E44A1" w:rsidRDefault="00A22671" w:rsidP="002E44A1">
      <w:pPr>
        <w:keepNext/>
        <w:spacing w:before="100" w:after="40"/>
        <w:rPr>
          <w:lang w:val="it-IT"/>
        </w:rPr>
      </w:pPr>
      <w:r w:rsidRPr="002E44A1">
        <w:rPr>
          <w:b/>
          <w:lang w:val="it-IT"/>
        </w:rPr>
        <w:t>INFORMAZIONI PER LA SELEZIONE</w:t>
      </w:r>
    </w:p>
    <w:p w14:paraId="53AFBA8D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1. Qualifica biologica (barrare una sola opzione)</w:t>
      </w:r>
    </w:p>
    <w:p w14:paraId="17948319" w14:textId="77777777" w:rsidR="00962A68" w:rsidRPr="002E44A1" w:rsidRDefault="00A22671" w:rsidP="002E44A1">
      <w:pPr>
        <w:spacing w:after="100"/>
        <w:ind w:firstLine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biologico certificato     ☐ formalmente in conversione</w:t>
      </w:r>
    </w:p>
    <w:p w14:paraId="377621AF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2.</w:t>
      </w:r>
      <w:r w:rsidRPr="002E44A1">
        <w:rPr>
          <w:b/>
          <w:lang w:val="it-IT"/>
        </w:rPr>
        <w:t xml:space="preserve"> Radicamento territoriale</w:t>
      </w:r>
    </w:p>
    <w:p w14:paraId="49F71AFA" w14:textId="77777777" w:rsidR="00962A68" w:rsidRPr="002E44A1" w:rsidRDefault="00A22671" w:rsidP="002E44A1">
      <w:pPr>
        <w:spacing w:after="10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sede legale/operativa o unità produttiva a Bitonto</w:t>
      </w:r>
      <w:r w:rsidRPr="002E44A1">
        <w:rPr>
          <w:lang w:val="it-IT"/>
        </w:rPr>
        <w:br/>
        <w:t>☐ altra attività produttiva significativa nel territorio, descritta in allegato</w:t>
      </w:r>
    </w:p>
    <w:p w14:paraId="27D2D1F2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3. Origine/trasformazione dei prodotti</w:t>
      </w:r>
    </w:p>
    <w:p w14:paraId="5DCD04AF" w14:textId="77777777" w:rsidR="00962A68" w:rsidRPr="002E44A1" w:rsidRDefault="00A22671" w:rsidP="002E44A1">
      <w:pPr>
        <w:spacing w:after="10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prodotti ottenuti o trasformati prevalentemente nel Comu</w:t>
      </w:r>
      <w:r w:rsidRPr="002E44A1">
        <w:rPr>
          <w:lang w:val="it-IT"/>
        </w:rPr>
        <w:t>ne di Bitonto</w:t>
      </w:r>
      <w:r w:rsidRPr="002E44A1">
        <w:rPr>
          <w:lang w:val="it-IT"/>
        </w:rPr>
        <w:br/>
        <w:t>☐ prodotti ottenuti o trasformati solo in parte nel Comune di Bitonto</w:t>
      </w:r>
      <w:r w:rsidRPr="002E44A1">
        <w:rPr>
          <w:lang w:val="it-IT"/>
        </w:rPr>
        <w:br/>
        <w:t>☐ altro: ______________________________________________</w:t>
      </w:r>
    </w:p>
    <w:p w14:paraId="1D398A43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4. Disponibilità</w:t>
      </w:r>
    </w:p>
    <w:p w14:paraId="4379FA44" w14:textId="77777777" w:rsidR="00962A68" w:rsidRPr="002E44A1" w:rsidRDefault="00A22671" w:rsidP="002E44A1">
      <w:pPr>
        <w:spacing w:after="100"/>
        <w:ind w:left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intera giornata/fascia assegnata     ☐ domenica 20 settembre 2026</w:t>
      </w:r>
      <w:r w:rsidRPr="002E44A1">
        <w:rPr>
          <w:lang w:val="it-IT"/>
        </w:rPr>
        <w:br/>
        <w:t xml:space="preserve">Altre giornate </w:t>
      </w:r>
      <w:r w:rsidRPr="002E44A1">
        <w:rPr>
          <w:lang w:val="it-IT"/>
        </w:rPr>
        <w:t>disponibili: __________________________________________</w:t>
      </w:r>
    </w:p>
    <w:p w14:paraId="3982D8F2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5. Attività previste</w:t>
      </w:r>
    </w:p>
    <w:p w14:paraId="6BC99860" w14:textId="77777777" w:rsidR="00962A68" w:rsidRPr="002E44A1" w:rsidRDefault="00A22671" w:rsidP="002E44A1">
      <w:pPr>
        <w:spacing w:after="100"/>
        <w:ind w:firstLine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esposizione     ☐ degustazione     ☐ dimostrazione/presentazione     ☐ vendita al dettaglio</w:t>
      </w:r>
    </w:p>
    <w:p w14:paraId="2FE77A43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6. Caratteristiche dell’impresa</w:t>
      </w:r>
    </w:p>
    <w:p w14:paraId="5E4A18A8" w14:textId="77777777" w:rsidR="00962A68" w:rsidRPr="002E44A1" w:rsidRDefault="00A22671" w:rsidP="002E44A1">
      <w:pPr>
        <w:spacing w:after="100"/>
        <w:ind w:firstLine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impresa giovanile     ☐ impresa femminile     ☐ nes</w:t>
      </w:r>
      <w:r w:rsidRPr="002E44A1">
        <w:rPr>
          <w:lang w:val="it-IT"/>
        </w:rPr>
        <w:t>suna delle precedenti</w:t>
      </w:r>
    </w:p>
    <w:p w14:paraId="5BA0C756" w14:textId="77777777" w:rsidR="00962A68" w:rsidRPr="002E44A1" w:rsidRDefault="00A22671" w:rsidP="002E44A1">
      <w:pPr>
        <w:spacing w:after="40"/>
        <w:rPr>
          <w:lang w:val="it-IT"/>
        </w:rPr>
      </w:pPr>
      <w:r w:rsidRPr="002E44A1">
        <w:rPr>
          <w:b/>
          <w:lang w:val="it-IT"/>
        </w:rPr>
        <w:t>7. Partecipazione alle ultime due edizioni della Campionaria in spazi comunali o collettivi</w:t>
      </w:r>
    </w:p>
    <w:p w14:paraId="420C1412" w14:textId="77777777" w:rsidR="00962A68" w:rsidRPr="002E44A1" w:rsidRDefault="00A22671" w:rsidP="002E44A1">
      <w:pPr>
        <w:spacing w:after="100"/>
        <w:ind w:firstLine="720"/>
        <w:rPr>
          <w:lang w:val="it-IT"/>
        </w:rPr>
      </w:pPr>
      <w:r w:rsidRPr="002E44A1">
        <w:rPr>
          <w:lang w:val="it-IT"/>
        </w:rPr>
        <w:t>☐</w:t>
      </w:r>
      <w:r w:rsidRPr="002E44A1">
        <w:rPr>
          <w:lang w:val="it-IT"/>
        </w:rPr>
        <w:t xml:space="preserve"> sì     ☐ no</w:t>
      </w:r>
    </w:p>
    <w:p w14:paraId="646ACA9B" w14:textId="77777777" w:rsidR="00962A68" w:rsidRPr="002E44A1" w:rsidRDefault="00A22671" w:rsidP="002E44A1">
      <w:pPr>
        <w:keepNext/>
        <w:spacing w:before="100" w:after="40"/>
        <w:rPr>
          <w:lang w:val="it-IT"/>
        </w:rPr>
      </w:pPr>
      <w:r w:rsidRPr="002E44A1">
        <w:rPr>
          <w:b/>
          <w:lang w:val="it-IT"/>
        </w:rPr>
        <w:t>PRODOTTI E ATTIVITÀ PROPOSTE</w:t>
      </w:r>
    </w:p>
    <w:p w14:paraId="2B561852" w14:textId="77777777" w:rsidR="002E44A1" w:rsidRPr="002E44A1" w:rsidRDefault="00A22671" w:rsidP="002E44A1">
      <w:pPr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Prodotti da esporre/vendere </w:t>
      </w:r>
      <w:r w:rsidR="002E44A1" w:rsidRPr="002E44A1">
        <w:rPr>
          <w:sz w:val="21"/>
          <w:lang w:val="it-IT"/>
        </w:rPr>
        <w:t>_______________________________________</w:t>
      </w:r>
      <w:r w:rsidR="002E44A1">
        <w:rPr>
          <w:sz w:val="21"/>
          <w:lang w:val="it-IT"/>
        </w:rPr>
        <w:t>_____________________</w:t>
      </w:r>
      <w:r w:rsidR="002E44A1" w:rsidRPr="002E44A1">
        <w:rPr>
          <w:sz w:val="21"/>
          <w:lang w:val="it-IT"/>
        </w:rPr>
        <w:t>____________________________</w:t>
      </w:r>
    </w:p>
    <w:p w14:paraId="6B460AE6" w14:textId="77777777" w:rsidR="002E44A1" w:rsidRPr="002E44A1" w:rsidRDefault="00A22671" w:rsidP="002E44A1">
      <w:pPr>
        <w:spacing w:after="100"/>
        <w:rPr>
          <w:lang w:val="it-IT"/>
        </w:rPr>
      </w:pPr>
      <w:r w:rsidRPr="002E44A1">
        <w:rPr>
          <w:b/>
          <w:sz w:val="21"/>
          <w:lang w:val="it-IT"/>
        </w:rPr>
        <w:t>De</w:t>
      </w:r>
      <w:r w:rsidRPr="002E44A1">
        <w:rPr>
          <w:b/>
          <w:sz w:val="21"/>
          <w:lang w:val="it-IT"/>
        </w:rPr>
        <w:t xml:space="preserve">scrizione sintetica </w:t>
      </w:r>
      <w:r w:rsidR="002E44A1" w:rsidRPr="002E44A1">
        <w:rPr>
          <w:sz w:val="21"/>
          <w:lang w:val="it-IT"/>
        </w:rPr>
        <w:t>_______________________________________</w:t>
      </w:r>
      <w:r w:rsidR="002E44A1">
        <w:rPr>
          <w:sz w:val="21"/>
          <w:lang w:val="it-IT"/>
        </w:rPr>
        <w:t>_____________________</w:t>
      </w:r>
      <w:r w:rsidR="002E44A1" w:rsidRPr="002E44A1">
        <w:rPr>
          <w:sz w:val="21"/>
          <w:lang w:val="it-IT"/>
        </w:rPr>
        <w:t>____________________________</w:t>
      </w:r>
    </w:p>
    <w:p w14:paraId="0D0DF5E3" w14:textId="77777777" w:rsidR="00962A68" w:rsidRPr="002E44A1" w:rsidRDefault="00A22671" w:rsidP="002E44A1">
      <w:pPr>
        <w:spacing w:after="100"/>
        <w:rPr>
          <w:lang w:val="it-IT"/>
        </w:rPr>
      </w:pPr>
      <w:r w:rsidRPr="002E44A1">
        <w:rPr>
          <w:b/>
          <w:sz w:val="21"/>
          <w:lang w:val="it-IT"/>
        </w:rPr>
        <w:lastRenderedPageBreak/>
        <w:t xml:space="preserve">Degustazioni/dimostrazioni </w:t>
      </w:r>
      <w:r w:rsidRPr="002E44A1">
        <w:rPr>
          <w:sz w:val="21"/>
          <w:lang w:val="it-IT"/>
        </w:rPr>
        <w:t>_______________________________________</w:t>
      </w:r>
      <w:r w:rsidR="002E44A1">
        <w:rPr>
          <w:sz w:val="21"/>
          <w:lang w:val="it-IT"/>
        </w:rPr>
        <w:t>_____________________</w:t>
      </w:r>
      <w:r w:rsidRPr="002E44A1">
        <w:rPr>
          <w:sz w:val="21"/>
          <w:lang w:val="it-IT"/>
        </w:rPr>
        <w:t>____________________________</w:t>
      </w:r>
    </w:p>
    <w:p w14:paraId="60709E45" w14:textId="77777777" w:rsidR="002E44A1" w:rsidRPr="002E44A1" w:rsidRDefault="00A22671" w:rsidP="002E44A1">
      <w:pPr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Materiale promozionale disponibile </w:t>
      </w:r>
      <w:r w:rsidR="002E44A1" w:rsidRPr="002E44A1">
        <w:rPr>
          <w:sz w:val="21"/>
          <w:lang w:val="it-IT"/>
        </w:rPr>
        <w:t>_______________________________________</w:t>
      </w:r>
      <w:r w:rsidR="002E44A1">
        <w:rPr>
          <w:sz w:val="21"/>
          <w:lang w:val="it-IT"/>
        </w:rPr>
        <w:t>_____________________</w:t>
      </w:r>
      <w:r w:rsidR="002E44A1" w:rsidRPr="002E44A1">
        <w:rPr>
          <w:sz w:val="21"/>
          <w:lang w:val="it-IT"/>
        </w:rPr>
        <w:t>____________________________</w:t>
      </w:r>
    </w:p>
    <w:p w14:paraId="72C4B2B4" w14:textId="77777777" w:rsidR="002E44A1" w:rsidRPr="002E44A1" w:rsidRDefault="00A22671" w:rsidP="002E44A1">
      <w:pPr>
        <w:spacing w:after="100"/>
        <w:rPr>
          <w:lang w:val="it-IT"/>
        </w:rPr>
      </w:pPr>
      <w:r w:rsidRPr="002E44A1">
        <w:rPr>
          <w:b/>
          <w:sz w:val="21"/>
          <w:lang w:val="it-IT"/>
        </w:rPr>
        <w:t xml:space="preserve">Attrezzature che si intende utilizzare </w:t>
      </w:r>
      <w:r w:rsidR="002E44A1" w:rsidRPr="002E44A1">
        <w:rPr>
          <w:sz w:val="21"/>
          <w:lang w:val="it-IT"/>
        </w:rPr>
        <w:t>_______________________________________</w:t>
      </w:r>
      <w:r w:rsidR="002E44A1">
        <w:rPr>
          <w:sz w:val="21"/>
          <w:lang w:val="it-IT"/>
        </w:rPr>
        <w:t>_____________________</w:t>
      </w:r>
      <w:r w:rsidR="002E44A1" w:rsidRPr="002E44A1">
        <w:rPr>
          <w:sz w:val="21"/>
          <w:lang w:val="it-IT"/>
        </w:rPr>
        <w:t>____________________________</w:t>
      </w:r>
    </w:p>
    <w:p w14:paraId="4CB765E6" w14:textId="4F94C819" w:rsidR="00962A68" w:rsidRPr="002E44A1" w:rsidRDefault="00A22671" w:rsidP="002E44A1">
      <w:pPr>
        <w:spacing w:after="100"/>
        <w:rPr>
          <w:lang w:val="it-IT"/>
        </w:rPr>
      </w:pPr>
      <w:r w:rsidRPr="002E44A1">
        <w:rPr>
          <w:b/>
          <w:lang w:val="it-IT"/>
        </w:rPr>
        <w:t xml:space="preserve">Eventuali esigenze organizzative (energia elettrica, refrigerazione o altro; la segnalazione non comporta garanzia di </w:t>
      </w:r>
      <w:r w:rsidRPr="002E44A1">
        <w:rPr>
          <w:b/>
          <w:lang w:val="it-IT"/>
        </w:rPr>
        <w:t>disponibilità):</w:t>
      </w:r>
    </w:p>
    <w:p w14:paraId="41DAAEC5" w14:textId="77777777" w:rsidR="002E44A1" w:rsidRPr="002E44A1" w:rsidRDefault="002E44A1" w:rsidP="002E44A1">
      <w:pPr>
        <w:spacing w:after="100"/>
        <w:rPr>
          <w:lang w:val="it-IT"/>
        </w:rPr>
      </w:pPr>
      <w:r w:rsidRPr="002E44A1">
        <w:rPr>
          <w:sz w:val="21"/>
          <w:lang w:val="it-IT"/>
        </w:rPr>
        <w:t>_______________________________________</w:t>
      </w:r>
      <w:r>
        <w:rPr>
          <w:sz w:val="21"/>
          <w:lang w:val="it-IT"/>
        </w:rPr>
        <w:t>_____________________</w:t>
      </w:r>
      <w:r w:rsidRPr="002E44A1">
        <w:rPr>
          <w:sz w:val="21"/>
          <w:lang w:val="it-IT"/>
        </w:rPr>
        <w:t>____________________________</w:t>
      </w:r>
    </w:p>
    <w:p w14:paraId="504D5CAD" w14:textId="77777777" w:rsidR="002E44A1" w:rsidRPr="002E44A1" w:rsidRDefault="002E44A1" w:rsidP="002E44A1">
      <w:pPr>
        <w:spacing w:after="100"/>
        <w:rPr>
          <w:lang w:val="it-IT"/>
        </w:rPr>
      </w:pPr>
      <w:r w:rsidRPr="002E44A1">
        <w:rPr>
          <w:sz w:val="21"/>
          <w:lang w:val="it-IT"/>
        </w:rPr>
        <w:t>_______________________________________</w:t>
      </w:r>
      <w:r>
        <w:rPr>
          <w:sz w:val="21"/>
          <w:lang w:val="it-IT"/>
        </w:rPr>
        <w:t>_____________________</w:t>
      </w:r>
      <w:r w:rsidRPr="002E44A1">
        <w:rPr>
          <w:sz w:val="21"/>
          <w:lang w:val="it-IT"/>
        </w:rPr>
        <w:t>____________________________</w:t>
      </w:r>
    </w:p>
    <w:p w14:paraId="0017F4E4" w14:textId="77777777" w:rsidR="00962A68" w:rsidRPr="002E44A1" w:rsidRDefault="00A22671" w:rsidP="002E44A1">
      <w:pPr>
        <w:keepNext/>
        <w:spacing w:before="100" w:after="40"/>
        <w:rPr>
          <w:lang w:val="it-IT"/>
        </w:rPr>
      </w:pPr>
      <w:r w:rsidRPr="002E44A1">
        <w:rPr>
          <w:b/>
          <w:lang w:val="it-IT"/>
        </w:rPr>
        <w:t>DOCUMENTI ALLEGATI</w:t>
      </w:r>
    </w:p>
    <w:p w14:paraId="321A7BA3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documento di identità, se necessario;</w:t>
      </w:r>
    </w:p>
    <w:p w14:paraId="3D05E785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certificazione bi</w:t>
      </w:r>
      <w:r w:rsidRPr="002E44A1">
        <w:rPr>
          <w:sz w:val="20"/>
          <w:lang w:val="it-IT"/>
        </w:rPr>
        <w:t>ologica o attestazione dello stato di conversione;</w:t>
      </w:r>
    </w:p>
    <w:p w14:paraId="268FAF7C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descrizione dell’impresa e dei prodotti/attività proposti;</w:t>
      </w:r>
    </w:p>
    <w:p w14:paraId="714BFD8A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documentazione relativa ai punteggi dichiarati;</w:t>
      </w:r>
    </w:p>
    <w:p w14:paraId="0B4A7AA4" w14:textId="77777777" w:rsidR="00962A68" w:rsidRPr="002E44A1" w:rsidRDefault="00A22671" w:rsidP="002E44A1">
      <w:pPr>
        <w:spacing w:after="40"/>
        <w:ind w:left="720"/>
        <w:rPr>
          <w:lang w:val="it-IT"/>
        </w:rPr>
      </w:pPr>
      <w:r w:rsidRPr="002E44A1">
        <w:rPr>
          <w:sz w:val="20"/>
          <w:lang w:val="it-IT"/>
        </w:rPr>
        <w:t>☐</w:t>
      </w:r>
      <w:r w:rsidRPr="002E44A1">
        <w:rPr>
          <w:sz w:val="20"/>
          <w:lang w:val="it-IT"/>
        </w:rPr>
        <w:t xml:space="preserve"> altro: ______________________________________________.</w:t>
      </w:r>
    </w:p>
    <w:p w14:paraId="434FA172" w14:textId="77777777" w:rsidR="00962A68" w:rsidRPr="002E44A1" w:rsidRDefault="00A22671" w:rsidP="002E44A1">
      <w:pPr>
        <w:keepNext/>
        <w:spacing w:before="100" w:after="40"/>
        <w:rPr>
          <w:lang w:val="it-IT"/>
        </w:rPr>
      </w:pPr>
      <w:r w:rsidRPr="002E44A1">
        <w:rPr>
          <w:b/>
          <w:lang w:val="it-IT"/>
        </w:rPr>
        <w:t>PRESA D’ATTO SUL TRATTAMENTO DEI DATI</w:t>
      </w:r>
    </w:p>
    <w:p w14:paraId="60F17146" w14:textId="776C117C" w:rsidR="00962A68" w:rsidRDefault="00A22671" w:rsidP="002E44A1">
      <w:pPr>
        <w:spacing w:after="160"/>
        <w:jc w:val="both"/>
        <w:rPr>
          <w:sz w:val="20"/>
          <w:lang w:val="it-IT"/>
        </w:rPr>
      </w:pPr>
      <w:r w:rsidRPr="002E44A1">
        <w:rPr>
          <w:sz w:val="20"/>
          <w:lang w:val="it-IT"/>
        </w:rPr>
        <w:t>Il/La sottoscritto/a dichiara di aver preso visione dell’informativa contenuta nell’avviso e di essere consapevole che il trattamento dei dati è effettuato per l’espletamento della procedura e dei connessi compiti istituzionali.</w:t>
      </w:r>
    </w:p>
    <w:p w14:paraId="07E7B212" w14:textId="5EA6FEEE" w:rsidR="002E44A1" w:rsidRDefault="002E44A1" w:rsidP="002E44A1">
      <w:pPr>
        <w:spacing w:after="160"/>
        <w:jc w:val="both"/>
        <w:rPr>
          <w:sz w:val="20"/>
          <w:lang w:val="it-IT"/>
        </w:rPr>
      </w:pPr>
    </w:p>
    <w:p w14:paraId="478ED89C" w14:textId="77777777" w:rsidR="002E44A1" w:rsidRPr="002E44A1" w:rsidRDefault="002E44A1" w:rsidP="002E44A1">
      <w:pPr>
        <w:spacing w:after="160"/>
        <w:jc w:val="both"/>
        <w:rPr>
          <w:lang w:val="it-IT"/>
        </w:rPr>
      </w:pPr>
    </w:p>
    <w:p w14:paraId="2993629F" w14:textId="3B14D13B" w:rsidR="00962A68" w:rsidRDefault="00A22671" w:rsidP="002E44A1">
      <w:pPr>
        <w:spacing w:after="100"/>
        <w:rPr>
          <w:sz w:val="21"/>
          <w:lang w:val="it-IT"/>
        </w:rPr>
      </w:pPr>
      <w:r w:rsidRPr="002E44A1">
        <w:rPr>
          <w:b/>
          <w:sz w:val="21"/>
          <w:lang w:val="it-IT"/>
        </w:rPr>
        <w:t xml:space="preserve">Luogo e data </w:t>
      </w:r>
      <w:r w:rsidRPr="002E44A1">
        <w:rPr>
          <w:sz w:val="21"/>
          <w:lang w:val="it-IT"/>
        </w:rPr>
        <w:t>_____________</w:t>
      </w:r>
      <w:r w:rsidRPr="002E44A1">
        <w:rPr>
          <w:sz w:val="21"/>
          <w:lang w:val="it-IT"/>
        </w:rPr>
        <w:t>___________________________</w:t>
      </w:r>
    </w:p>
    <w:p w14:paraId="28AB962F" w14:textId="59AD4311" w:rsidR="002E44A1" w:rsidRDefault="002E44A1" w:rsidP="002E44A1">
      <w:pPr>
        <w:spacing w:after="100"/>
        <w:rPr>
          <w:sz w:val="21"/>
          <w:lang w:val="it-IT"/>
        </w:rPr>
      </w:pPr>
    </w:p>
    <w:p w14:paraId="66F2D3A4" w14:textId="77777777" w:rsidR="002E44A1" w:rsidRPr="002E44A1" w:rsidRDefault="002E44A1" w:rsidP="002E44A1">
      <w:pPr>
        <w:spacing w:after="100"/>
        <w:rPr>
          <w:lang w:val="it-IT"/>
        </w:rPr>
      </w:pPr>
    </w:p>
    <w:p w14:paraId="163B3F96" w14:textId="793176F0" w:rsidR="00962A68" w:rsidRPr="002E44A1" w:rsidRDefault="00F67B91" w:rsidP="002E44A1">
      <w:pPr>
        <w:tabs>
          <w:tab w:val="center" w:pos="6521"/>
        </w:tabs>
        <w:spacing w:before="120" w:after="0"/>
        <w:rPr>
          <w:lang w:val="it-IT"/>
        </w:rPr>
      </w:pPr>
      <w:r w:rsidRPr="002E44A1">
        <w:rPr>
          <w:lang w:val="it-IT"/>
        </w:rPr>
        <w:tab/>
      </w:r>
      <w:r w:rsidR="00A22671" w:rsidRPr="002E44A1">
        <w:rPr>
          <w:lang w:val="it-IT"/>
        </w:rPr>
        <w:t>Firma del titolare/legale rappresentante</w:t>
      </w:r>
      <w:r w:rsidR="00A22671" w:rsidRPr="002E44A1">
        <w:rPr>
          <w:lang w:val="it-IT"/>
        </w:rPr>
        <w:br/>
      </w:r>
      <w:r w:rsidR="00A22671" w:rsidRPr="002E44A1">
        <w:rPr>
          <w:lang w:val="it-IT"/>
        </w:rPr>
        <w:br/>
      </w:r>
      <w:r w:rsidRPr="002E44A1">
        <w:rPr>
          <w:lang w:val="it-IT"/>
        </w:rPr>
        <w:t xml:space="preserve"> </w:t>
      </w:r>
      <w:r w:rsidRPr="002E44A1">
        <w:rPr>
          <w:lang w:val="it-IT"/>
        </w:rPr>
        <w:tab/>
      </w:r>
      <w:r w:rsidR="00A22671" w:rsidRPr="002E44A1">
        <w:rPr>
          <w:lang w:val="it-IT"/>
        </w:rPr>
        <w:t>________________________________________</w:t>
      </w:r>
    </w:p>
    <w:sectPr w:rsidR="00962A68" w:rsidRPr="002E44A1" w:rsidSect="00034616">
      <w:footerReference w:type="default" r:id="rId9"/>
      <w:pgSz w:w="11906" w:h="16838"/>
      <w:pgMar w:top="822" w:right="1191" w:bottom="822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174E" w14:textId="77777777" w:rsidR="00A22671" w:rsidRDefault="00A22671">
      <w:pPr>
        <w:spacing w:after="0" w:line="240" w:lineRule="auto"/>
      </w:pPr>
      <w:r>
        <w:separator/>
      </w:r>
    </w:p>
  </w:endnote>
  <w:endnote w:type="continuationSeparator" w:id="0">
    <w:p w14:paraId="62495C7E" w14:textId="77777777" w:rsidR="00A22671" w:rsidRDefault="00A22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8A20" w14:textId="1F29A9C7" w:rsidR="00962A68" w:rsidRDefault="002E44A1" w:rsidP="002E44A1">
    <w:pPr>
      <w:pStyle w:val="Pidipagina"/>
      <w:jc w:val="right"/>
    </w:pPr>
    <w:r>
      <w:rPr>
        <w:sz w:val="18"/>
      </w:rPr>
      <w:t xml:space="preserve">Pag. </w:t>
    </w:r>
    <w:r w:rsidR="00A22671">
      <w:rPr>
        <w:sz w:val="18"/>
      </w:rPr>
      <w:fldChar w:fldCharType="begin"/>
    </w:r>
    <w:r w:rsidR="00A22671">
      <w:rPr>
        <w:sz w:val="18"/>
      </w:rPr>
      <w:instrText xml:space="preserve"> PAGE </w:instrText>
    </w:r>
    <w:r w:rsidR="005F4984">
      <w:rPr>
        <w:sz w:val="18"/>
      </w:rPr>
      <w:fldChar w:fldCharType="separate"/>
    </w:r>
    <w:r w:rsidR="005F4984">
      <w:rPr>
        <w:noProof/>
        <w:sz w:val="18"/>
      </w:rPr>
      <w:t>1</w:t>
    </w:r>
    <w:r w:rsidR="00A22671">
      <w:rPr>
        <w:sz w:val="18"/>
      </w:rPr>
      <w:fldChar w:fldCharType="end"/>
    </w:r>
    <w:r>
      <w:rPr>
        <w:sz w:val="18"/>
      </w:rPr>
      <w:t xml:space="preserve"> di 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noProof/>
        <w:sz w:val="18"/>
      </w:rPr>
      <w:t>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ABCAB" w14:textId="77777777" w:rsidR="00A22671" w:rsidRDefault="00A22671">
      <w:pPr>
        <w:spacing w:after="0" w:line="240" w:lineRule="auto"/>
      </w:pPr>
      <w:r>
        <w:separator/>
      </w:r>
    </w:p>
  </w:footnote>
  <w:footnote w:type="continuationSeparator" w:id="0">
    <w:p w14:paraId="7A14E2CF" w14:textId="77777777" w:rsidR="00A22671" w:rsidRDefault="00A22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4A1"/>
    <w:rsid w:val="00326F90"/>
    <w:rsid w:val="004A38E0"/>
    <w:rsid w:val="005F4984"/>
    <w:rsid w:val="00962A68"/>
    <w:rsid w:val="00A22671"/>
    <w:rsid w:val="00AA1D8D"/>
    <w:rsid w:val="00B47730"/>
    <w:rsid w:val="00CB0664"/>
    <w:rsid w:val="00F02132"/>
    <w:rsid w:val="00F67B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A7E40"/>
  <w14:defaultImageDpi w14:val="300"/>
  <w15:docId w15:val="{0BF3371E-1E4F-4F86-89AF-7DCDCA00A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2E44A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bitont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989</Words>
  <Characters>5640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Avviso pubblico - Fiera del Levante 2026</vt:lpstr>
      <vt:lpstr/>
    </vt:vector>
  </TitlesOfParts>
  <Manager/>
  <Company/>
  <LinksUpToDate>false</LinksUpToDate>
  <CharactersWithSpaces>6616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pubblico - Fiera del Levante 2026</dc:title>
  <dc:subject>Manifestazione di interesse per operatori biologici e in conversione</dc:subject>
  <dc:creator>Comune di Bitonto - Servizio per il Territorio</dc:creator>
  <cp:keywords/>
  <dc:description>generated by python-docx</dc:description>
  <cp:lastModifiedBy>Maurizio Cariello</cp:lastModifiedBy>
  <cp:revision>3</cp:revision>
  <cp:lastPrinted>2026-08-27T08:15:00Z</cp:lastPrinted>
  <dcterms:created xsi:type="dcterms:W3CDTF">2026-08-27T07:29:00Z</dcterms:created>
  <dcterms:modified xsi:type="dcterms:W3CDTF">2026-08-27T08:15:00Z</dcterms:modified>
  <cp:category/>
</cp:coreProperties>
</file>